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7: הקופה של עידו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הקופה של עידו: "מאה" – נקבה, ולכן: שלוש מאות, חמש מאות (200 = מאתיים).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https://shem-hamispar-mesima.sites.tab.bot/mesima-07.html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7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אחרי מכירת הכרטיסים עידו סופר את הכסף בקופה. כל שטר מסומן בערך שלו. ספרו – וגררו את התווית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את הכסף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מאתיים שקלים   2) א – שלוש מאות שקלים   3) א – אלפיים שקלים   4) א – חמשת אלפים שקלים   5) ג – ארבעים שקלים   6) א – מאה וחמישים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5000 =  חמשת אלפים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תקציב הערב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💰 משימה 7: הקופה של עידו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ספרו כמה כסף יש בכל ערימה, וגררו לקופה את הסכום הכתוב 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שומרים בה כסף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שטר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💵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כסף מנייר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הכסף בישראל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לבדוק כמה יש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ספרו את הכסף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והקיפו את הסכום הכתוב 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"מאה" – נקבה, ולכן: שלוש מאות, חמש מאות (200 = מאתיים). "אלף" – זכר, ובא אחרי מספר בצורת סמיכות: שלושת אלפים, חמשת אלפים, עשרת אלפים (2000 = אלפיים). העשרות (עשרים, שלושים…) – זהות בזכר ובנקבה. ו׳ החיבור באה לפני החלק האחרון: מאה וחמישים.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100 ₪ + 100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מאתיים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100 ₪ + 100 ₪ + 100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שלושת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שלושה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1000 ₪ + 1000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אלפיים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אלפים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שתיים אלף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1000 ₪ + 1000 ₪ + 1000 ₪ + 1000 ₪ + 1000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חמשת אלפים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חמישה אלף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חמש אלפים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10 ₪ + 10 ₪ + 10 ₪ + 10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ארבעה עשרות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ארבעה עשר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ארבעים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100 ₪ + 10 ₪ + 10 ₪ + 10 ₪ + 10 ₪ + 10 ₪ =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מאה וחמישים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מאה חמישים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מאה וחמישה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300 שקלים =  שלוש מאות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5000 =  חמש אלפים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200 =  מאתיים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תקציב הערב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תקציב קצר לערב: 4 פריטים עם מחיר במילים (למשל: שלוש מאות שקלים לתאורה).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7: הקופה של עידו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