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6: בין 11 ל־19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בין 11 ל־19: 11–19 בזכר: יחידה עם ה׳ + "עשר": שלושה עשר תלמידים, חמישה עשר שירים.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https://shem-hamispar-mesima.sites.tab.bot/mesima-06.html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6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נוגה מכינה את רשימת המשתתפים: 11 שירים, 12 רקדניות, 15 דקות הפסקה… כל מספר בנוי משני חלקים.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בונים מספר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אחד עשר שירים   2) שתים עשרה רקדניות   3) שלושה עשר תלמידים   4) חמש עשרה דקות   5) ארבעה עשר כיסאות   6) שמונה עשרה שורות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שלושה עשר תלמידים (13)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רשימת המשתתפים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🔟 משימה 6: בין 11 ל־19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בנו כל מספר משני חלקים: בחרו את חלק היחידות ואת "עשר" או "עשרה".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⏱️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60 שניות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רקדנית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💃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רוקדת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הפסקה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זמן לנוח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בונים מספר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המספר במילים.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11–19 בזכר: יחידה עם ה׳ + "עשר": שלושה עשר תלמידים, חמישה עשר שירים. בנקבה: יחידה בלי ה׳ + "עשרה": שלוש עשרה תלמידות, חמש עשרה דקות. שימו לב לכתיב: "שנים עשר" ו"שתים עשרה" – ביו״ד אחת! (אפשר לכתוב גם במקף: שלושה־עשר.)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11 שירים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12 רקדניות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13 תלמידים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15 דקות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14 כיסאות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18 שורות ←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חמש עשרה דקות (15)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 עשרה תלמידים (13)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כותבים 12 בנקבה? שתים עשרה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רשימת המשתתפים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4 שורות לרשימה עם מספרים בין 11 ל־19 – 2 בזכר ו־2 בנקבה (למשל: שבע עשרה שורות).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6: בין 11 ל־19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